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1F281D8F"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 xml:space="preserve">«АВТОМАТИЗАЦІЯ ТЕХНОЛОГІЧНИХ I БІЗНЕС-ПРОЦЕСІВ»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166FCA04"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6F4DF9" w:rsidRPr="006F4DF9">
        <w:rPr>
          <w:rFonts w:ascii="Times New Roman" w:eastAsia="Times New Roman" w:hAnsi="Times New Roman" w:cs="Times New Roman"/>
          <w:sz w:val="28"/>
          <w:szCs w:val="28"/>
        </w:rPr>
        <w:t>Автоматизація технологічних i бізнес-процесів</w:t>
      </w:r>
      <w:r w:rsidRPr="006F4DF9">
        <w:rPr>
          <w:rFonts w:ascii="Times New Roman" w:eastAsia="Times New Roman" w:hAnsi="Times New Roman" w:cs="Times New Roman"/>
          <w:sz w:val="28"/>
          <w:szCs w:val="28"/>
        </w:rPr>
        <w:t>»</w:t>
      </w:r>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w:t>
      </w:r>
      <w:r w:rsidRPr="006014DB">
        <w:rPr>
          <w:rFonts w:ascii="Times New Roman" w:eastAsia="Times New Roman" w:hAnsi="Times New Roman" w:cs="Times New Roman"/>
          <w:sz w:val="28"/>
          <w:szCs w:val="28"/>
        </w:rPr>
        <w:lastRenderedPageBreak/>
        <w:t>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w:t>
      </w:r>
      <w:r w:rsidRPr="006014DB">
        <w:rPr>
          <w:rFonts w:ascii="Times New Roman" w:eastAsia="Times New Roman" w:hAnsi="Times New Roman" w:cs="Times New Roman"/>
          <w:sz w:val="28"/>
          <w:szCs w:val="28"/>
        </w:rPr>
        <w:lastRenderedPageBreak/>
        <w:t>інструменту, версія, мета та обсяг його застосування. ШІ не може вважатися 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16FCA" w14:textId="77777777" w:rsidR="008F4C08" w:rsidRDefault="008F4C08" w:rsidP="009E5415">
      <w:pPr>
        <w:spacing w:after="0" w:line="240" w:lineRule="auto"/>
      </w:pPr>
      <w:r>
        <w:separator/>
      </w:r>
    </w:p>
  </w:endnote>
  <w:endnote w:type="continuationSeparator" w:id="0">
    <w:p w14:paraId="3E1CD0C8" w14:textId="77777777" w:rsidR="008F4C08" w:rsidRDefault="008F4C08"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29D60EFC-7F7C-A941-8895-0132E5996A41}"/>
    <w:embedBold r:id="rId2" w:fontKey="{369474BF-CA98-8B41-BB7A-4C575D871D1F}"/>
    <w:embedItalic r:id="rId3" w:fontKey="{63CA046F-BC2F-1148-94D6-7F9DC8034F82}"/>
    <w:embedBoldItalic r:id="rId4" w:fontKey="{497DFED8-F072-D048-9D53-C010FC24F822}"/>
  </w:font>
  <w:font w:name="Calibri">
    <w:panose1 w:val="020F0502020204030204"/>
    <w:charset w:val="00"/>
    <w:family w:val="swiss"/>
    <w:pitch w:val="variable"/>
    <w:sig w:usb0="E0002AFF" w:usb1="C000247B" w:usb2="00000009" w:usb3="00000000" w:csb0="000001FF" w:csb1="00000000"/>
    <w:embedRegular r:id="rId5" w:fontKey="{F9D613A1-F99C-7446-A541-7D4BD4EEF54F}"/>
    <w:embedBold r:id="rId6" w:fontKey="{489BDB45-408A-C54E-A992-AE0B2E0704B8}"/>
    <w:embedItalic r:id="rId7" w:fontKey="{310BE0AF-CAD1-8348-9D7A-78CB5A0CFFB3}"/>
    <w:embedBoldItalic r:id="rId8" w:fontKey="{AF5C1FFC-5318-3A42-8D34-BBA711EDCB32}"/>
  </w:font>
  <w:font w:name="Times New Roman">
    <w:panose1 w:val="02020603050405020304"/>
    <w:charset w:val="00"/>
    <w:family w:val="roman"/>
    <w:pitch w:val="variable"/>
    <w:sig w:usb0="E0002EFF" w:usb1="C000785B" w:usb2="00000009" w:usb3="00000000" w:csb0="000001FF" w:csb1="00000000"/>
    <w:embedRegular r:id="rId9" w:fontKey="{FB022AC7-E9F8-974B-B33C-8F07CE77E77F}"/>
    <w:embedBold r:id="rId10" w:fontKey="{88BA12B6-A4E7-2B49-9B81-126E95F6C291}"/>
    <w:embedItalic r:id="rId11" w:fontKey="{06FD2EC1-536E-F945-8C6D-881DE4A8CE8D}"/>
    <w:embedBoldItalic r:id="rId12" w:fontKey="{9C15F20E-E6D6-5D4E-9EF5-BE48BB928796}"/>
  </w:font>
  <w:font w:name="Courier">
    <w:panose1 w:val="02070309020205020404"/>
    <w:charset w:val="00"/>
    <w:family w:val="modern"/>
    <w:pitch w:val="fixed"/>
    <w:sig w:usb0="E0002AFF" w:usb1="C0007843" w:usb2="00000009" w:usb3="00000000" w:csb0="000001FF" w:csb1="00000000"/>
    <w:embedRegular r:id="rId13" w:fontKey="{A23013C2-9F86-164C-B4A9-F523D6B805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7670A" w14:textId="77777777" w:rsidR="008F4C08" w:rsidRDefault="008F4C08" w:rsidP="009E5415">
      <w:pPr>
        <w:spacing w:after="0" w:line="240" w:lineRule="auto"/>
      </w:pPr>
      <w:r>
        <w:separator/>
      </w:r>
    </w:p>
  </w:footnote>
  <w:footnote w:type="continuationSeparator" w:id="0">
    <w:p w14:paraId="01D04288" w14:textId="77777777" w:rsidR="008F4C08" w:rsidRDefault="008F4C08"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401747"/>
    <w:rsid w:val="006014DB"/>
    <w:rsid w:val="00660405"/>
    <w:rsid w:val="006F4DF9"/>
    <w:rsid w:val="00751441"/>
    <w:rsid w:val="008F4C08"/>
    <w:rsid w:val="009E5415"/>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1065</Words>
  <Characters>6074</Characters>
  <Application>Microsoft Office Word</Application>
  <DocSecurity>0</DocSecurity>
  <Lines>50</Lines>
  <Paragraphs>14</Paragraphs>
  <ScaleCrop>false</ScaleCrop>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2026-03-22T19:06:00Z</dcterms:created>
  <dcterms:modified xsi:type="dcterms:W3CDTF">2026-03-22T19:06:00Z</dcterms:modified>
</cp:coreProperties>
</file>